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A602" w14:textId="77777777" w:rsidR="00322860" w:rsidRPr="006268EC" w:rsidRDefault="004E0637" w:rsidP="006268EC">
      <w:pPr>
        <w:pStyle w:val="Nagwek1"/>
        <w:jc w:val="center"/>
        <w:rPr>
          <w:sz w:val="52"/>
          <w:szCs w:val="52"/>
        </w:rPr>
      </w:pPr>
      <w:r w:rsidRPr="006268EC">
        <w:rPr>
          <w:sz w:val="52"/>
          <w:szCs w:val="52"/>
        </w:rPr>
        <w:t>Regulamin Konkursu na Plakat Promujący Mediacje Uczniowskie</w:t>
      </w:r>
    </w:p>
    <w:p w14:paraId="78468040" w14:textId="77777777" w:rsidR="00322860" w:rsidRPr="006268EC" w:rsidRDefault="004E0637">
      <w:pPr>
        <w:pStyle w:val="Nagwek2"/>
        <w:rPr>
          <w:sz w:val="32"/>
          <w:szCs w:val="32"/>
        </w:rPr>
      </w:pPr>
      <w:r w:rsidRPr="006268EC">
        <w:rPr>
          <w:sz w:val="32"/>
          <w:szCs w:val="32"/>
        </w:rPr>
        <w:t>1. Cel konkursu</w:t>
      </w:r>
    </w:p>
    <w:p w14:paraId="43B31C2C" w14:textId="5F65E400" w:rsidR="00322860" w:rsidRPr="006268EC" w:rsidRDefault="004E0637">
      <w:pPr>
        <w:rPr>
          <w:sz w:val="32"/>
          <w:szCs w:val="32"/>
        </w:rPr>
      </w:pPr>
      <w:r w:rsidRPr="006268EC">
        <w:rPr>
          <w:sz w:val="32"/>
          <w:szCs w:val="32"/>
        </w:rPr>
        <w:t xml:space="preserve">Celem konkursu jest promowanie mediacji jako skutecznej i pokojowej metody rozwiązywania konfliktów oraz kształtowanie </w:t>
      </w:r>
      <w:proofErr w:type="spellStart"/>
      <w:r w:rsidRPr="006268EC">
        <w:rPr>
          <w:sz w:val="32"/>
          <w:szCs w:val="32"/>
        </w:rPr>
        <w:t>pozytywnego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wizerunku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mediacji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="00802F2E">
        <w:rPr>
          <w:sz w:val="32"/>
          <w:szCs w:val="32"/>
        </w:rPr>
        <w:t>rówieśniczych</w:t>
      </w:r>
      <w:proofErr w:type="spellEnd"/>
      <w:r w:rsidRPr="006268EC">
        <w:rPr>
          <w:sz w:val="32"/>
          <w:szCs w:val="32"/>
        </w:rPr>
        <w:t>.</w:t>
      </w:r>
    </w:p>
    <w:p w14:paraId="494CA6D1" w14:textId="77777777" w:rsidR="00322860" w:rsidRPr="006268EC" w:rsidRDefault="004E0637">
      <w:pPr>
        <w:pStyle w:val="Nagwek2"/>
        <w:rPr>
          <w:sz w:val="32"/>
          <w:szCs w:val="32"/>
        </w:rPr>
      </w:pPr>
      <w:r w:rsidRPr="006268EC">
        <w:rPr>
          <w:sz w:val="32"/>
          <w:szCs w:val="32"/>
        </w:rPr>
        <w:t xml:space="preserve">2. </w:t>
      </w:r>
      <w:r w:rsidRPr="006268EC">
        <w:rPr>
          <w:sz w:val="32"/>
          <w:szCs w:val="32"/>
        </w:rPr>
        <w:t>Uczestnicy</w:t>
      </w:r>
    </w:p>
    <w:p w14:paraId="1CA869CF" w14:textId="563ED17A" w:rsidR="00322860" w:rsidRPr="006268EC" w:rsidRDefault="004E0637">
      <w:pPr>
        <w:rPr>
          <w:sz w:val="32"/>
          <w:szCs w:val="32"/>
        </w:rPr>
      </w:pPr>
      <w:r w:rsidRPr="006268EC">
        <w:rPr>
          <w:sz w:val="32"/>
          <w:szCs w:val="32"/>
        </w:rPr>
        <w:t xml:space="preserve">Konkurs jest skierowany do uczniów </w:t>
      </w:r>
      <w:r w:rsidR="00D97319" w:rsidRPr="006268EC">
        <w:rPr>
          <w:sz w:val="32"/>
          <w:szCs w:val="32"/>
        </w:rPr>
        <w:t>naszej szkoły</w:t>
      </w:r>
      <w:r w:rsidRPr="006268EC">
        <w:rPr>
          <w:sz w:val="32"/>
          <w:szCs w:val="32"/>
        </w:rPr>
        <w:t>. Udział w konkursie jest dobrowolny i bezpłatny. Każdy uczestnik może zgłosić jedną pracę konkursową, wykonaną indywidualnie.</w:t>
      </w:r>
    </w:p>
    <w:p w14:paraId="03EFE16D" w14:textId="77777777" w:rsidR="00322860" w:rsidRPr="006268EC" w:rsidRDefault="004E0637">
      <w:pPr>
        <w:pStyle w:val="Nagwek2"/>
        <w:rPr>
          <w:sz w:val="32"/>
          <w:szCs w:val="32"/>
        </w:rPr>
      </w:pPr>
      <w:r w:rsidRPr="006268EC">
        <w:rPr>
          <w:sz w:val="32"/>
          <w:szCs w:val="32"/>
        </w:rPr>
        <w:t>3. Zasady konkursu</w:t>
      </w:r>
    </w:p>
    <w:p w14:paraId="24A7C10E" w14:textId="2997E201" w:rsidR="00322860" w:rsidRPr="006268EC" w:rsidRDefault="004E0637">
      <w:pPr>
        <w:rPr>
          <w:sz w:val="32"/>
          <w:szCs w:val="32"/>
        </w:rPr>
      </w:pPr>
      <w:proofErr w:type="spellStart"/>
      <w:r w:rsidRPr="006268EC">
        <w:rPr>
          <w:sz w:val="32"/>
          <w:szCs w:val="32"/>
        </w:rPr>
        <w:t>Tematem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plakatu</w:t>
      </w:r>
      <w:proofErr w:type="spellEnd"/>
      <w:r w:rsidRPr="006268EC">
        <w:rPr>
          <w:sz w:val="32"/>
          <w:szCs w:val="32"/>
        </w:rPr>
        <w:t xml:space="preserve"> jest </w:t>
      </w:r>
      <w:proofErr w:type="spellStart"/>
      <w:r w:rsidR="00802F2E">
        <w:rPr>
          <w:sz w:val="32"/>
          <w:szCs w:val="32"/>
        </w:rPr>
        <w:t>promocja</w:t>
      </w:r>
      <w:proofErr w:type="spellEnd"/>
      <w:r w:rsidR="00802F2E">
        <w:rPr>
          <w:sz w:val="32"/>
          <w:szCs w:val="32"/>
        </w:rPr>
        <w:t xml:space="preserve"> Szkolnego Klubu Mediatora oraz </w:t>
      </w:r>
      <w:proofErr w:type="spellStart"/>
      <w:r w:rsidRPr="006268EC">
        <w:rPr>
          <w:sz w:val="32"/>
          <w:szCs w:val="32"/>
        </w:rPr>
        <w:t>media</w:t>
      </w:r>
      <w:r w:rsidRPr="006268EC">
        <w:rPr>
          <w:sz w:val="32"/>
          <w:szCs w:val="32"/>
        </w:rPr>
        <w:t>cj</w:t>
      </w:r>
      <w:r w:rsidR="00802F2E">
        <w:rPr>
          <w:sz w:val="32"/>
          <w:szCs w:val="32"/>
        </w:rPr>
        <w:t>i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jako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form</w:t>
      </w:r>
      <w:r w:rsidR="00802F2E">
        <w:rPr>
          <w:sz w:val="32"/>
          <w:szCs w:val="32"/>
        </w:rPr>
        <w:t>y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rozwiązywania</w:t>
      </w:r>
      <w:proofErr w:type="spellEnd"/>
      <w:r w:rsidRPr="006268EC">
        <w:rPr>
          <w:sz w:val="32"/>
          <w:szCs w:val="32"/>
        </w:rPr>
        <w:t xml:space="preserve"> </w:t>
      </w:r>
      <w:proofErr w:type="spellStart"/>
      <w:r w:rsidRPr="006268EC">
        <w:rPr>
          <w:sz w:val="32"/>
          <w:szCs w:val="32"/>
        </w:rPr>
        <w:t>sporów</w:t>
      </w:r>
      <w:proofErr w:type="spellEnd"/>
      <w:r w:rsidRPr="006268EC">
        <w:rPr>
          <w:sz w:val="32"/>
          <w:szCs w:val="32"/>
        </w:rPr>
        <w:t>. Praca powinna być wykonana w formie plastycznej, dowolną techniką</w:t>
      </w:r>
      <w:r w:rsidR="00D97319" w:rsidRPr="006268EC">
        <w:rPr>
          <w:sz w:val="32"/>
          <w:szCs w:val="32"/>
        </w:rPr>
        <w:t>, może być grafika komputerowa.</w:t>
      </w:r>
    </w:p>
    <w:p w14:paraId="52A6013D" w14:textId="77777777" w:rsidR="00322860" w:rsidRPr="006268EC" w:rsidRDefault="004E0637">
      <w:pPr>
        <w:pStyle w:val="Nagwek2"/>
        <w:rPr>
          <w:sz w:val="32"/>
          <w:szCs w:val="32"/>
        </w:rPr>
      </w:pPr>
      <w:r w:rsidRPr="006268EC">
        <w:rPr>
          <w:sz w:val="32"/>
          <w:szCs w:val="32"/>
        </w:rPr>
        <w:t>4. Terminy</w:t>
      </w:r>
    </w:p>
    <w:p w14:paraId="458A621E" w14:textId="5C5CBC10" w:rsidR="00322860" w:rsidRPr="006268EC" w:rsidRDefault="004E0637">
      <w:pPr>
        <w:rPr>
          <w:sz w:val="32"/>
          <w:szCs w:val="32"/>
        </w:rPr>
      </w:pPr>
      <w:r w:rsidRPr="006268EC">
        <w:rPr>
          <w:sz w:val="32"/>
          <w:szCs w:val="32"/>
        </w:rPr>
        <w:t>T</w:t>
      </w:r>
      <w:r w:rsidRPr="006268EC">
        <w:rPr>
          <w:sz w:val="32"/>
          <w:szCs w:val="32"/>
        </w:rPr>
        <w:t>ermin</w:t>
      </w:r>
      <w:r w:rsidR="00D97319" w:rsidRPr="006268EC">
        <w:rPr>
          <w:sz w:val="32"/>
          <w:szCs w:val="32"/>
        </w:rPr>
        <w:t xml:space="preserve"> przyjmowania</w:t>
      </w:r>
      <w:r w:rsidRPr="006268EC">
        <w:rPr>
          <w:sz w:val="32"/>
          <w:szCs w:val="32"/>
        </w:rPr>
        <w:t xml:space="preserve"> prac konkursowych upływa </w:t>
      </w:r>
      <w:r w:rsidR="00D97319" w:rsidRPr="006268EC">
        <w:rPr>
          <w:sz w:val="32"/>
          <w:szCs w:val="32"/>
        </w:rPr>
        <w:t>1</w:t>
      </w:r>
      <w:r w:rsidRPr="006268EC">
        <w:rPr>
          <w:sz w:val="32"/>
          <w:szCs w:val="32"/>
        </w:rPr>
        <w:t xml:space="preserve">0 </w:t>
      </w:r>
      <w:r w:rsidR="00D97319" w:rsidRPr="006268EC">
        <w:rPr>
          <w:sz w:val="32"/>
          <w:szCs w:val="32"/>
        </w:rPr>
        <w:t>października</w:t>
      </w:r>
      <w:r w:rsidRPr="006268EC">
        <w:rPr>
          <w:sz w:val="32"/>
          <w:szCs w:val="32"/>
        </w:rPr>
        <w:t xml:space="preserve"> 2025 r. Ogłoszenie wyników nastąpi 1</w:t>
      </w:r>
      <w:r w:rsidR="00D97319" w:rsidRPr="006268EC">
        <w:rPr>
          <w:sz w:val="32"/>
          <w:szCs w:val="32"/>
        </w:rPr>
        <w:t>5</w:t>
      </w:r>
      <w:r w:rsidRPr="006268EC">
        <w:rPr>
          <w:sz w:val="32"/>
          <w:szCs w:val="32"/>
        </w:rPr>
        <w:t xml:space="preserve"> </w:t>
      </w:r>
      <w:r w:rsidR="00B536F1">
        <w:rPr>
          <w:sz w:val="32"/>
          <w:szCs w:val="32"/>
        </w:rPr>
        <w:t>października</w:t>
      </w:r>
      <w:r w:rsidRPr="006268EC">
        <w:rPr>
          <w:sz w:val="32"/>
          <w:szCs w:val="32"/>
        </w:rPr>
        <w:t xml:space="preserve"> 2025 r.</w:t>
      </w:r>
    </w:p>
    <w:p w14:paraId="68E2F462" w14:textId="77777777" w:rsidR="00322860" w:rsidRPr="006268EC" w:rsidRDefault="004E0637">
      <w:pPr>
        <w:pStyle w:val="Nagwek2"/>
        <w:rPr>
          <w:sz w:val="32"/>
          <w:szCs w:val="32"/>
        </w:rPr>
      </w:pPr>
      <w:r w:rsidRPr="006268EC">
        <w:rPr>
          <w:sz w:val="32"/>
          <w:szCs w:val="32"/>
        </w:rPr>
        <w:t>5. Nagrody</w:t>
      </w:r>
    </w:p>
    <w:p w14:paraId="65C64B7C" w14:textId="49D44F5C" w:rsidR="00322860" w:rsidRPr="006268EC" w:rsidRDefault="00D97319">
      <w:pPr>
        <w:rPr>
          <w:sz w:val="32"/>
          <w:szCs w:val="32"/>
        </w:rPr>
      </w:pPr>
      <w:r w:rsidRPr="006268EC">
        <w:rPr>
          <w:sz w:val="32"/>
          <w:szCs w:val="32"/>
        </w:rPr>
        <w:t>D</w:t>
      </w:r>
      <w:r w:rsidR="004E0637" w:rsidRPr="006268EC">
        <w:rPr>
          <w:sz w:val="32"/>
          <w:szCs w:val="32"/>
        </w:rPr>
        <w:t xml:space="preserve">yplomy, publikacja prac </w:t>
      </w:r>
      <w:r w:rsidRPr="006268EC">
        <w:rPr>
          <w:sz w:val="32"/>
          <w:szCs w:val="32"/>
        </w:rPr>
        <w:t xml:space="preserve">na stronie internetowej </w:t>
      </w:r>
      <w:proofErr w:type="spellStart"/>
      <w:r w:rsidR="00B536F1">
        <w:rPr>
          <w:sz w:val="32"/>
          <w:szCs w:val="32"/>
        </w:rPr>
        <w:t>i</w:t>
      </w:r>
      <w:proofErr w:type="spellEnd"/>
      <w:r w:rsidR="00B536F1">
        <w:rPr>
          <w:sz w:val="32"/>
          <w:szCs w:val="32"/>
        </w:rPr>
        <w:t xml:space="preserve"> fanpeg’u szko</w:t>
      </w:r>
      <w:r w:rsidR="000715E1">
        <w:rPr>
          <w:sz w:val="32"/>
          <w:szCs w:val="32"/>
        </w:rPr>
        <w:t>ł</w:t>
      </w:r>
      <w:r w:rsidR="00B536F1">
        <w:rPr>
          <w:sz w:val="32"/>
          <w:szCs w:val="32"/>
        </w:rPr>
        <w:t>y,</w:t>
      </w:r>
      <w:r w:rsidR="004E0637" w:rsidRPr="006268EC">
        <w:rPr>
          <w:sz w:val="32"/>
          <w:szCs w:val="32"/>
        </w:rPr>
        <w:t xml:space="preserve"> wystawa podczas Tygodnia Mediacji</w:t>
      </w:r>
      <w:r w:rsidR="004E0637" w:rsidRPr="006268EC">
        <w:rPr>
          <w:sz w:val="32"/>
          <w:szCs w:val="32"/>
        </w:rPr>
        <w:t>.</w:t>
      </w:r>
    </w:p>
    <w:p w14:paraId="034AC5DE" w14:textId="77777777" w:rsidR="00322860" w:rsidRPr="006268EC" w:rsidRDefault="004E0637">
      <w:pPr>
        <w:pStyle w:val="Nagwek2"/>
        <w:rPr>
          <w:sz w:val="32"/>
          <w:szCs w:val="32"/>
        </w:rPr>
      </w:pPr>
      <w:r w:rsidRPr="006268EC">
        <w:rPr>
          <w:sz w:val="32"/>
          <w:szCs w:val="32"/>
        </w:rPr>
        <w:t>6. Zgłoszenia</w:t>
      </w:r>
    </w:p>
    <w:p w14:paraId="669585C0" w14:textId="44FC2DA8" w:rsidR="00322860" w:rsidRDefault="004E0637">
      <w:pPr>
        <w:rPr>
          <w:sz w:val="32"/>
          <w:szCs w:val="32"/>
        </w:rPr>
      </w:pPr>
      <w:r w:rsidRPr="006268EC">
        <w:rPr>
          <w:sz w:val="32"/>
          <w:szCs w:val="32"/>
        </w:rPr>
        <w:t xml:space="preserve">Prace konkursowe wraz z formularzem zgłoszeniowym należy </w:t>
      </w:r>
      <w:r w:rsidR="00D97319" w:rsidRPr="006268EC">
        <w:rPr>
          <w:sz w:val="32"/>
          <w:szCs w:val="32"/>
        </w:rPr>
        <w:t xml:space="preserve">przynieść do biblioteki szkolnej lub na </w:t>
      </w:r>
      <w:proofErr w:type="spellStart"/>
      <w:r w:rsidR="00D97319" w:rsidRPr="006268EC">
        <w:rPr>
          <w:sz w:val="32"/>
          <w:szCs w:val="32"/>
        </w:rPr>
        <w:t>portierni</w:t>
      </w:r>
      <w:r w:rsidR="00802F2E">
        <w:rPr>
          <w:sz w:val="32"/>
          <w:szCs w:val="32"/>
        </w:rPr>
        <w:t>e</w:t>
      </w:r>
      <w:proofErr w:type="spellEnd"/>
      <w:r w:rsidR="006268EC" w:rsidRPr="006268EC">
        <w:rPr>
          <w:sz w:val="32"/>
          <w:szCs w:val="32"/>
        </w:rPr>
        <w:t xml:space="preserve"> po obu stronach szkoły.</w:t>
      </w:r>
    </w:p>
    <w:p w14:paraId="3539051C" w14:textId="6785DE35" w:rsidR="007503D6" w:rsidRDefault="007503D6">
      <w:pPr>
        <w:rPr>
          <w:sz w:val="32"/>
          <w:szCs w:val="32"/>
        </w:rPr>
      </w:pPr>
    </w:p>
    <w:p w14:paraId="15AA8BB2" w14:textId="4E11576B" w:rsidR="007503D6" w:rsidRPr="007503D6" w:rsidRDefault="007503D6" w:rsidP="007503D6">
      <w:pPr>
        <w:ind w:left="6480"/>
        <w:rPr>
          <w:sz w:val="24"/>
          <w:szCs w:val="24"/>
        </w:rPr>
      </w:pPr>
      <w:r w:rsidRPr="007503D6">
        <w:rPr>
          <w:sz w:val="24"/>
          <w:szCs w:val="24"/>
        </w:rPr>
        <w:t>Organizator:</w:t>
      </w:r>
      <w:r w:rsidRPr="007503D6">
        <w:rPr>
          <w:sz w:val="24"/>
          <w:szCs w:val="24"/>
        </w:rPr>
        <w:br/>
        <w:t>Koordynator Szkolnego Klubu Mediatora</w:t>
      </w:r>
      <w:r>
        <w:rPr>
          <w:sz w:val="24"/>
          <w:szCs w:val="24"/>
        </w:rPr>
        <w:br/>
        <w:t>Bożena Rusak - Łubińska</w:t>
      </w:r>
    </w:p>
    <w:sectPr w:rsidR="007503D6" w:rsidRPr="007503D6" w:rsidSect="006268EC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9B600" w14:textId="77777777" w:rsidR="004E0637" w:rsidRDefault="004E0637" w:rsidP="00B536F1">
      <w:pPr>
        <w:spacing w:after="0" w:line="240" w:lineRule="auto"/>
      </w:pPr>
      <w:r>
        <w:separator/>
      </w:r>
    </w:p>
  </w:endnote>
  <w:endnote w:type="continuationSeparator" w:id="0">
    <w:p w14:paraId="7B4712AC" w14:textId="77777777" w:rsidR="004E0637" w:rsidRDefault="004E0637" w:rsidP="00B5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DCBA5" w14:textId="77777777" w:rsidR="004E0637" w:rsidRDefault="004E0637" w:rsidP="00B536F1">
      <w:pPr>
        <w:spacing w:after="0" w:line="240" w:lineRule="auto"/>
      </w:pPr>
      <w:r>
        <w:separator/>
      </w:r>
    </w:p>
  </w:footnote>
  <w:footnote w:type="continuationSeparator" w:id="0">
    <w:p w14:paraId="4A52FDEA" w14:textId="77777777" w:rsidR="004E0637" w:rsidRDefault="004E0637" w:rsidP="00B53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3128" w14:textId="38915AB3" w:rsidR="00B536F1" w:rsidRDefault="00B536F1">
    <w:pPr>
      <w:pStyle w:val="Nagwek"/>
    </w:pPr>
    <w:r>
      <w:rPr>
        <w:noProof/>
      </w:rPr>
      <w:pict w14:anchorId="3B5160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300594" o:spid="_x0000_s2050" type="#_x0000_t75" style="position:absolute;margin-left:0;margin-top:0;width:480pt;height:10in;z-index:-251657216;mso-position-horizontal:center;mso-position-horizontal-relative:margin;mso-position-vertical:center;mso-position-vertical-relative:margin" o:allowincell="f">
          <v:imagedata r:id="rId1" o:title="plakat MEDIACJE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DFFA" w14:textId="3BE7D9DD" w:rsidR="00B536F1" w:rsidRDefault="00B536F1">
    <w:pPr>
      <w:pStyle w:val="Nagwek"/>
    </w:pPr>
    <w:r>
      <w:rPr>
        <w:noProof/>
      </w:rPr>
      <w:pict w14:anchorId="489DC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300595" o:spid="_x0000_s2051" type="#_x0000_t75" style="position:absolute;margin-left:0;margin-top:0;width:480pt;height:10in;z-index:-251656192;mso-position-horizontal:center;mso-position-horizontal-relative:margin;mso-position-vertical:center;mso-position-vertical-relative:margin" o:allowincell="f">
          <v:imagedata r:id="rId1" o:title="plakat MEDIACJE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8499" w14:textId="3913F318" w:rsidR="00B536F1" w:rsidRDefault="00B536F1">
    <w:pPr>
      <w:pStyle w:val="Nagwek"/>
    </w:pPr>
    <w:r>
      <w:rPr>
        <w:noProof/>
      </w:rPr>
      <w:pict w14:anchorId="4D61B6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300593" o:spid="_x0000_s2049" type="#_x0000_t75" style="position:absolute;margin-left:0;margin-top:0;width:480pt;height:10in;z-index:-251658240;mso-position-horizontal:center;mso-position-horizontal-relative:margin;mso-position-vertical:center;mso-position-vertical-relative:margin" o:allowincell="f">
          <v:imagedata r:id="rId1" o:title="plakat MEDIACJE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5E1"/>
    <w:rsid w:val="0015074B"/>
    <w:rsid w:val="0029639D"/>
    <w:rsid w:val="00322860"/>
    <w:rsid w:val="00326F90"/>
    <w:rsid w:val="004E0637"/>
    <w:rsid w:val="00587DFF"/>
    <w:rsid w:val="006268EC"/>
    <w:rsid w:val="007503D6"/>
    <w:rsid w:val="00802F2E"/>
    <w:rsid w:val="00AA1D8D"/>
    <w:rsid w:val="00B47730"/>
    <w:rsid w:val="00B536F1"/>
    <w:rsid w:val="00CB0664"/>
    <w:rsid w:val="00D973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53F950EC"/>
  <w14:defaultImageDpi w14:val="300"/>
  <w15:docId w15:val="{AC1C76B5-E552-4558-9EEB-886E4F88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Bozena Rusak-lubinska</cp:lastModifiedBy>
  <cp:revision>2</cp:revision>
  <dcterms:created xsi:type="dcterms:W3CDTF">2025-09-16T13:08:00Z</dcterms:created>
  <dcterms:modified xsi:type="dcterms:W3CDTF">2025-09-16T13:08:00Z</dcterms:modified>
  <cp:category/>
</cp:coreProperties>
</file>