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92F20" w14:textId="2BEC28F1" w:rsidR="00F3011B" w:rsidRDefault="00FB564E">
      <w:pPr>
        <w:pStyle w:val="Nagwek1"/>
      </w:pPr>
      <w:r>
        <w:t>Oświadczenie uczestnika konkursu</w:t>
      </w:r>
      <w:r w:rsidR="00EF0532">
        <w:t xml:space="preserve"> oraz rodzica/opiekuna prawnego uczestnika</w:t>
      </w:r>
    </w:p>
    <w:p w14:paraId="20519390" w14:textId="77777777" w:rsidR="00F3011B" w:rsidRDefault="00FB564E">
      <w:r>
        <w:t>Ja, niżej podpisany/a, oświadczam, że jestem autorem/autorką pracy konkursowej zgłoszonej do konkursu na plakat promujący mediacje uczniowskie.</w:t>
      </w:r>
    </w:p>
    <w:p w14:paraId="7496CE98" w14:textId="1D404962" w:rsidR="00F3011B" w:rsidRDefault="00FB564E">
      <w:r>
        <w:t xml:space="preserve">Wyrażam zgodę na udział w konkursie oraz na przetwarzanie moich danych </w:t>
      </w:r>
      <w:r>
        <w:t>osobowych przez organizatora konkursu zgodnie z przepisami ustawy z dnia 10 maja 2018 r. o ochronie danych osobowych (Dz.U. z 2018 r. poz. 1000) oraz Rozporządzenia Parlamentu Europejskiego i Rady (UE) 2016/679 (RODO).</w:t>
      </w:r>
    </w:p>
    <w:p w14:paraId="6B495F75" w14:textId="77777777" w:rsidR="00EF0532" w:rsidRDefault="00EF0532" w:rsidP="00EF0532">
      <w:r>
        <w:t>Zostałem/am poinformowany/a, że podanie danych osobowych jest dobrowolne, ale niezbędne do udziału w konkursie.</w:t>
      </w:r>
    </w:p>
    <w:p w14:paraId="58808628" w14:textId="77777777" w:rsidR="00F3011B" w:rsidRDefault="00FB564E">
      <w:r>
        <w:t>Oświadczam, że zgłoszona praca został</w:t>
      </w:r>
      <w:r>
        <w:t>a wykonana przeze mnie samodzielnie i nie narusza praw autorskich osób trzecich.</w:t>
      </w:r>
    </w:p>
    <w:p w14:paraId="21121C76" w14:textId="12F1E58D" w:rsidR="003E2361" w:rsidRDefault="003E2361">
      <w:r>
        <w:t>Prace konkursowe przechodzą na własność organizatora i do jego wyłącznej dyspozycji. Wykorzystane będą wyłacznie do celów określonych w Regulaminie.</w:t>
      </w:r>
    </w:p>
    <w:p w14:paraId="1639C36E" w14:textId="49222035" w:rsidR="00F3011B" w:rsidRDefault="00FB564E">
      <w:r>
        <w:br/>
      </w:r>
      <w:r>
        <w:br/>
        <w:t>.......................................................</w:t>
      </w:r>
      <w:r w:rsidR="00EF0532">
        <w:tab/>
      </w:r>
      <w:r w:rsidR="00EF0532">
        <w:tab/>
      </w:r>
      <w:r w:rsidR="00EF0532">
        <w:tab/>
      </w:r>
      <w:r w:rsidR="00EF0532">
        <w:tab/>
      </w:r>
      <w:r w:rsidR="00EF0532">
        <w:tab/>
        <w:t>…………………………………………….</w:t>
      </w:r>
    </w:p>
    <w:p w14:paraId="410B0696" w14:textId="7811B6E4" w:rsidR="00F3011B" w:rsidRDefault="00FB564E">
      <w:r>
        <w:t>Podpi</w:t>
      </w:r>
      <w:r>
        <w:t>s uczestnika konkursu</w:t>
      </w:r>
      <w:r w:rsidR="00EF0532">
        <w:tab/>
      </w:r>
      <w:r w:rsidR="00EF0532">
        <w:tab/>
      </w:r>
      <w:r w:rsidR="00EF0532">
        <w:tab/>
      </w:r>
      <w:r w:rsidR="00EF0532">
        <w:tab/>
      </w:r>
      <w:r w:rsidR="00EF0532">
        <w:tab/>
        <w:t>Podpis rodzica/opiekuna</w:t>
      </w:r>
    </w:p>
    <w:p w14:paraId="5F088819" w14:textId="77777777" w:rsidR="00F3011B" w:rsidRDefault="00FB564E">
      <w:r>
        <w:br/>
      </w:r>
      <w:r>
        <w:br/>
        <w:t>.......................................................</w:t>
      </w:r>
    </w:p>
    <w:p w14:paraId="655A1E97" w14:textId="77777777" w:rsidR="00F3011B" w:rsidRDefault="00FB564E">
      <w:r>
        <w:t>Data</w:t>
      </w:r>
    </w:p>
    <w:sectPr w:rsidR="00F3011B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EA664" w14:textId="77777777" w:rsidR="00FB564E" w:rsidRDefault="00FB564E" w:rsidP="003E2361">
      <w:pPr>
        <w:spacing w:after="0" w:line="240" w:lineRule="auto"/>
      </w:pPr>
      <w:r>
        <w:separator/>
      </w:r>
    </w:p>
  </w:endnote>
  <w:endnote w:type="continuationSeparator" w:id="0">
    <w:p w14:paraId="18C50BA8" w14:textId="77777777" w:rsidR="00FB564E" w:rsidRDefault="00FB564E" w:rsidP="003E2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570A6" w14:textId="77777777" w:rsidR="003E2361" w:rsidRDefault="003E23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8DE06" w14:textId="77777777" w:rsidR="003E2361" w:rsidRDefault="003E236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4CE90" w14:textId="77777777" w:rsidR="003E2361" w:rsidRDefault="003E23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811FD" w14:textId="77777777" w:rsidR="00FB564E" w:rsidRDefault="00FB564E" w:rsidP="003E2361">
      <w:pPr>
        <w:spacing w:after="0" w:line="240" w:lineRule="auto"/>
      </w:pPr>
      <w:r>
        <w:separator/>
      </w:r>
    </w:p>
  </w:footnote>
  <w:footnote w:type="continuationSeparator" w:id="0">
    <w:p w14:paraId="4F6A218C" w14:textId="77777777" w:rsidR="00FB564E" w:rsidRDefault="00FB564E" w:rsidP="003E2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308F3" w14:textId="0A4B5B97" w:rsidR="003E2361" w:rsidRDefault="003E2361">
    <w:pPr>
      <w:pStyle w:val="Nagwek"/>
    </w:pPr>
    <w:r>
      <w:rPr>
        <w:noProof/>
      </w:rPr>
      <w:pict w14:anchorId="080555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707782" o:spid="_x0000_s2050" type="#_x0000_t75" style="position:absolute;margin-left:0;margin-top:0;width:431.6pt;height:647.4pt;z-index:-251657216;mso-position-horizontal:center;mso-position-horizontal-relative:margin;mso-position-vertical:center;mso-position-vertical-relative:margin" o:allowincell="f">
          <v:imagedata r:id="rId1" o:title="plakat MEDIACJE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C5CB" w14:textId="4FA9DD9B" w:rsidR="003E2361" w:rsidRDefault="003E2361">
    <w:pPr>
      <w:pStyle w:val="Nagwek"/>
    </w:pPr>
    <w:r>
      <w:rPr>
        <w:noProof/>
      </w:rPr>
      <w:pict w14:anchorId="42A75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707783" o:spid="_x0000_s2051" type="#_x0000_t75" style="position:absolute;margin-left:0;margin-top:0;width:431.6pt;height:647.4pt;z-index:-251656192;mso-position-horizontal:center;mso-position-horizontal-relative:margin;mso-position-vertical:center;mso-position-vertical-relative:margin" o:allowincell="f">
          <v:imagedata r:id="rId1" o:title="plakat MEDIACJE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55DC" w14:textId="57255AB4" w:rsidR="003E2361" w:rsidRDefault="003E2361">
    <w:pPr>
      <w:pStyle w:val="Nagwek"/>
    </w:pPr>
    <w:r>
      <w:rPr>
        <w:noProof/>
      </w:rPr>
      <w:pict w14:anchorId="4F1596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707781" o:spid="_x0000_s2049" type="#_x0000_t75" style="position:absolute;margin-left:0;margin-top:0;width:431.6pt;height:647.4pt;z-index:-251658240;mso-position-horizontal:center;mso-position-horizontal-relative:margin;mso-position-vertical:center;mso-position-vertical-relative:margin" o:allowincell="f">
          <v:imagedata r:id="rId1" o:title="plakat MEDIACJE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2361"/>
    <w:rsid w:val="00AA1D8D"/>
    <w:rsid w:val="00B47730"/>
    <w:rsid w:val="00CB0664"/>
    <w:rsid w:val="00EF0532"/>
    <w:rsid w:val="00F3011B"/>
    <w:rsid w:val="00FB56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D2D4EE0"/>
  <w14:defaultImageDpi w14:val="300"/>
  <w15:docId w15:val="{AC1C76B5-E552-4558-9EEB-886E4F88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Bozena Rusak-lubinska</cp:lastModifiedBy>
  <cp:revision>3</cp:revision>
  <dcterms:created xsi:type="dcterms:W3CDTF">2025-09-16T09:24:00Z</dcterms:created>
  <dcterms:modified xsi:type="dcterms:W3CDTF">2025-09-16T11:27:00Z</dcterms:modified>
  <cp:category/>
</cp:coreProperties>
</file>